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ХАРАКТЕРИСТИКА УЧНЯ</w:t>
      </w:r>
    </w:p>
    <w:p>
      <w:pPr>
        <w:jc w:val="center"/>
      </w:pPr>
      <w:r>
        <w:rPr>
          <w:i/>
          <w:sz w:val="20"/>
        </w:rPr>
        <w:t>Орієнтовний авторський зразок для 5–9 класів, не затверджена форма МОН</w:t>
      </w:r>
    </w:p>
    <w:p>
      <w:r>
        <w:t>Учня / учениці [клас] класу [повна назва закладу освіти]</w:t>
      </w:r>
    </w:p>
    <w:p>
      <w:r>
        <w:t>[Прізвище, ім’я, по батькові (за наявності)]</w:t>
      </w:r>
    </w:p>
    <w:p>
      <w:r>
        <w:t>[ПІБ] навчається у [назва закладу] з [рік]. За період [навчальний рік / семестр / дати] відвідує заняття [фактичні спостереження без оцінних ярликів].</w:t>
      </w:r>
    </w:p>
    <w:p>
      <w:r>
        <w:rPr>
          <w:b/>
        </w:rPr>
        <w:t>Навчальна діяльність.</w:t>
      </w:r>
      <w:r>
        <w:t xml:space="preserve"> Виявляє інтерес до [предмети / напрями]. Під час роботи [приклад спостережуваної поведінки: самостійно виконує типові завдання, звертається по роз’яснення, потребує додаткового часу для складних вправ]. Найкраще демонструє результати у [напрям]. Зміни за останній період: [конкретний поступ, якщо зафіксований].</w:t>
      </w:r>
    </w:p>
    <w:p>
      <w:r>
        <w:rPr>
          <w:b/>
        </w:rPr>
        <w:t>Комунікація та взаємодія.</w:t>
      </w:r>
      <w:r>
        <w:t xml:space="preserve"> У спільній роботі [спостереження про співпрацю з однокласниками й дорослими]. На зауваження та допомогу реагує [фактичні приклади].</w:t>
      </w:r>
    </w:p>
    <w:p>
      <w:r>
        <w:rPr>
          <w:b/>
        </w:rPr>
        <w:t>Організованість.</w:t>
      </w:r>
      <w:r>
        <w:t xml:space="preserve"> [Як дотримується навчальних домовленостей, планує роботу, виконує доручення; без припущень про мотиви].</w:t>
      </w:r>
    </w:p>
    <w:p>
      <w:r>
        <w:rPr>
          <w:b/>
        </w:rPr>
        <w:t>Сильні сторони та рекомендована підтримка.</w:t>
      </w:r>
      <w:r>
        <w:t xml:space="preserve"> [2–3 перевірені сильні сторони]. Доцільно [реалістична навчальна підтримка, а не медичні рекомендації].</w:t>
      </w:r>
    </w:p>
    <w:p>
      <w:r>
        <w:t>Характеристику складено для [мета / установа-одержувач, якщо це потрібно для оформлення].</w:t>
      </w:r>
    </w:p>
    <w:p>
      <w:r>
        <w:t>Укладач: [посада, ПІБ]     [підпис за правилами закладу]</w:t>
      </w:r>
    </w:p>
    <w:p>
      <w:r>
        <w:t>Дата: [дд.мм.рррр]</w:t>
      </w:r>
    </w:p>
    <w:p>
      <w:r>
        <w:rPr>
          <w:sz w:val="18"/>
        </w:rPr>
        <w:t>Уточніть реквізити та порядок підписання відповідно до мети запиту й інструкції з діловодства вашого закладу.</w:t>
      </w:r>
    </w:p>
    <w:p>
      <w:r>
        <w:br w:type="page"/>
      </w:r>
    </w:p>
    <w:p>
      <w:pPr>
        <w:pStyle w:val="Title"/>
        <w:jc w:val="center"/>
      </w:pPr>
      <w:r>
        <w:t>ХАРАКТЕРИСТИКА УЧНЯ ПОЧАТКОВИХ КЛАСІВ</w:t>
      </w:r>
    </w:p>
    <w:p>
      <w:pPr>
        <w:jc w:val="center"/>
      </w:pPr>
      <w:r>
        <w:rPr>
          <w:i/>
          <w:sz w:val="20"/>
        </w:rPr>
        <w:t>Орієнтовний авторський зразок для 1–4 класів</w:t>
      </w:r>
    </w:p>
    <w:p>
      <w:r>
        <w:t>Учня / учениці [клас] класу [заклад освіти]</w:t>
      </w:r>
    </w:p>
    <w:p>
      <w:r>
        <w:t>[Прізвище, ім’я, по батькові (за наявності)]</w:t>
      </w:r>
    </w:p>
    <w:p>
      <w:r>
        <w:t>[ПІБ] навчається у [клас] класі з [дата/рік]. До шкільного життя адаптується [спостереження: бере участь у спільних заняттях, знає звичний розпорядок, звертається по допомогу].</w:t>
      </w:r>
    </w:p>
    <w:p>
      <w:r>
        <w:rPr>
          <w:b/>
        </w:rPr>
        <w:t>Навчальний поступ.</w:t>
      </w:r>
      <w:r>
        <w:t xml:space="preserve"> Під час опанування читання [опис набутих умінь і труднощів відповідно до класу]. На заняттях з математики [що вже вміє робити, які завдання поки потребують підтримки]. В усному мовленні [спостереження про відповіді, пояснення думки, участь в обговореннях].</w:t>
      </w:r>
    </w:p>
    <w:p>
      <w:r>
        <w:rPr>
          <w:b/>
        </w:rPr>
        <w:t>Самостійність та організація роботи.</w:t>
      </w:r>
      <w:r>
        <w:t xml:space="preserve"> [Як учень/учениця виконує інструкції, організовує матеріали, завершує завдання, звертається по допомогу].</w:t>
      </w:r>
    </w:p>
    <w:p>
      <w:r>
        <w:rPr>
          <w:b/>
        </w:rPr>
        <w:t>Спілкування.</w:t>
      </w:r>
      <w:r>
        <w:t xml:space="preserve"> [Як взаємодіє з дітьми, бере участь у групових завданнях, реагує на домовленості класу].</w:t>
      </w:r>
    </w:p>
    <w:p>
      <w:r>
        <w:rPr>
          <w:b/>
        </w:rPr>
        <w:t>Сильні сторони.</w:t>
      </w:r>
      <w:r>
        <w:t xml:space="preserve"> [Інтереси, досягнення, навички, приклади позитивної динаміки].</w:t>
      </w:r>
    </w:p>
    <w:p>
      <w:r>
        <w:rPr>
          <w:b/>
        </w:rPr>
        <w:t>Педагогічні рекомендації.</w:t>
      </w:r>
      <w:r>
        <w:t xml:space="preserve"> [Що допоможе подальшому навчанню: покрокові інструкції, короткі тренувальні вправи, час на завершення завдань, доброзичливий зворотний зв’язок].</w:t>
      </w:r>
    </w:p>
    <w:p>
      <w:r>
        <w:t>Характеристику складено станом на [дата] для [мета].</w:t>
      </w:r>
    </w:p>
    <w:p>
      <w:r>
        <w:t>Укладач: [посада, ПІБ]     [підпис за правилами закладу]</w:t>
      </w:r>
    </w:p>
    <w:p>
      <w:r>
        <w:t>Дата: [дд.мм.рррр]</w:t>
      </w:r>
    </w:p>
    <w:p>
      <w:r>
        <w:rPr>
          <w:sz w:val="18"/>
        </w:rPr>
        <w:t>Не підміняйте характеристикою свідоцтво досягнень і не зазначайте діагнозів чи сімейних обставин без правової підстави.</w:t>
      </w:r>
    </w:p>
    <w:p>
      <w:r>
        <w:br w:type="page"/>
      </w:r>
    </w:p>
    <w:p>
      <w:r>
        <w:t>ЗАТВЕРДЖУЮ  [керівник закладу освіти, ПІБ]</w:t>
      </w:r>
    </w:p>
    <w:p>
      <w:r>
        <w:t>[Підпис / дата — за локальною процедурою]</w:t>
      </w:r>
    </w:p>
    <w:p>
      <w:pPr>
        <w:pStyle w:val="Title"/>
        <w:jc w:val="center"/>
      </w:pPr>
      <w:r>
        <w:t>ПСИХОЛОГО-ПЕДАГОГІЧНА ХАРАКТЕРИСТИКА</w:t>
      </w:r>
    </w:p>
    <w:p>
      <w:pPr>
        <w:jc w:val="center"/>
      </w:pPr>
      <w:r>
        <w:rPr>
          <w:i/>
          <w:sz w:val="20"/>
        </w:rPr>
        <w:t>Авторський зразок змісту для подання до ІРЦ; постанова КМУ № 545, пункт 13</w:t>
      </w:r>
    </w:p>
    <w:p>
      <w:r>
        <w:t>Учня / учениці [клас] класу [повна назва закладу освіти]</w:t>
      </w:r>
    </w:p>
    <w:p>
      <w:r>
        <w:t>[Прізвище, ім’я, по батькові (за наявності)]</w:t>
      </w:r>
    </w:p>
    <w:p>
      <w:r>
        <w:t>Період педагогічних спостережень: [початок] — [кінець].</w:t>
      </w:r>
    </w:p>
    <w:p>
      <w:r>
        <w:rPr>
          <w:b/>
        </w:rPr>
        <w:t>Динаміка і якість засвоєння знань.</w:t>
      </w:r>
      <w:r>
        <w:t xml:space="preserve"> На початку зазначеного періоду учень/учениця [що вдавалося виконувати самостійно, що за допомогою]. Станом на [дата] [приклади навчального поступу за окремими предметами або вміннями]. Найкраще засвоює матеріал за умов [спостережувані умови]. У завданнях типу [приклад] поки потребує [конкретний вид допомоги].</w:t>
      </w:r>
    </w:p>
    <w:p>
      <w:r>
        <w:rPr>
          <w:b/>
        </w:rPr>
        <w:t>Навчальна діяльність.</w:t>
      </w:r>
      <w:r>
        <w:t xml:space="preserve"> [Особливості сприйняття усних та письмових інструкцій, темп роботи, виконання завдань, зосередження уваги — лише спостереження у класі].</w:t>
      </w:r>
    </w:p>
    <w:p>
      <w:r>
        <w:rPr>
          <w:b/>
        </w:rPr>
        <w:t>Комунікація та участь у спільній роботі.</w:t>
      </w:r>
      <w:r>
        <w:t xml:space="preserve"> [Як висловлює прохання, відповідає, взаємодіє з однолітками й педагогами, бере участь у груповій діяльності].</w:t>
      </w:r>
    </w:p>
    <w:p>
      <w:r>
        <w:rPr>
          <w:b/>
        </w:rPr>
        <w:t>Надана педагогічна підтримка та її результати.</w:t>
      </w:r>
      <w:r>
        <w:t xml:space="preserve"> [Наприклад, візуальні інструкції, розподіл завдань на кроки, додатковий час; зафіксовані зміни в роботі].</w:t>
      </w:r>
    </w:p>
    <w:p>
      <w:r>
        <w:rPr>
          <w:b/>
        </w:rPr>
        <w:t>Сильні сторони та освітні потреби, помічені під час навчання.</w:t>
      </w:r>
      <w:r>
        <w:t xml:space="preserve"> [Конкретні здібності, інтереси, види підтримки, які допомагають]. Висновки про діагноз або ступінь порушення не робляться.</w:t>
      </w:r>
    </w:p>
    <w:p>
      <w:r>
        <w:t>Підготував(-ла): [педагогічний працівник, посада, ПІБ]    [підпис]</w:t>
      </w:r>
    </w:p>
    <w:p>
      <w:r>
        <w:t>Дата складення: [дд.мм.рррр]</w:t>
      </w:r>
    </w:p>
    <w:p>
      <w:r>
        <w:rPr>
          <w:sz w:val="18"/>
        </w:rPr>
        <w:t>Нормативне уточнення: пункт 13 Положення про інклюзивно-ресурсний центр (постанова КМУ від 12.07.2017 № 545) передбачає, що така характеристика може додаватися до заяви, описує динаміку і якість засвоєння знань, готується педагогічним працівником та затверджується керівником закладу. Єдиного окремого бланка цієї характеристики постанова не встановлює.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92" w:right="1134" w:bottom="935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469"/>
        <w:sz w:val="17"/>
      </w:rPr>
      <w:t>Орієнтовні зразки — не офіційні форми МОН • Освітній, жовтень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50626E"/>
        <w:sz w:val="17"/>
      </w:rPr>
      <w:t>ОСВІТНІЙ  •  Редаговані приклади педагогічних характеристик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1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732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7324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7324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учня — 3 орієнтовні зразки (2026)</dc:title>
  <dc:subject>Зразки для педагогів: середня школа, початкова школа, ІРЦ</dc:subject>
  <dc:creator>Редакція Освітнього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