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left"/>
      </w:pPr>
      <w:r>
        <w:rPr>
          <w:b/>
          <w:color w:val="595959"/>
          <w:sz w:val="17"/>
        </w:rPr>
        <w:t>ОРІЄНТОВНИЙ ЗРАЗОК • 2026/2027 навчальний рік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5386"/>
      </w:tblGrid>
      <w:t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4" w:line="240" w:lineRule="auto"/>
            </w:pPr>
            <w:r>
              <w:rPr>
                <w:sz w:val="19"/>
              </w:rPr>
              <w:t>Керівнику _______________________________</w:t>
            </w:r>
          </w:p>
          <w:p>
            <w:pPr>
              <w:spacing w:after="24" w:line="240" w:lineRule="auto"/>
            </w:pPr>
            <w:r>
              <w:rPr>
                <w:sz w:val="19"/>
              </w:rPr>
              <w:t>________________________________________</w:t>
            </w:r>
          </w:p>
          <w:p>
            <w:pPr>
              <w:spacing w:after="24" w:line="240" w:lineRule="auto"/>
            </w:pPr>
            <w:r>
              <w:rPr>
                <w:i/>
                <w:color w:val="646464"/>
                <w:sz w:val="16"/>
              </w:rPr>
              <w:t>(повна назва закладу освіти)</w:t>
            </w:r>
          </w:p>
          <w:p>
            <w:pPr>
              <w:spacing w:after="24" w:line="240" w:lineRule="auto"/>
            </w:pPr>
            <w:r>
              <w:rPr>
                <w:sz w:val="19"/>
              </w:rPr>
            </w:r>
          </w:p>
          <w:p>
            <w:pPr>
              <w:spacing w:after="24" w:line="240" w:lineRule="auto"/>
            </w:pPr>
            <w:r>
              <w:rPr>
                <w:sz w:val="19"/>
              </w:rPr>
              <w:t>від ____________________________________</w:t>
            </w:r>
          </w:p>
          <w:p>
            <w:pPr>
              <w:spacing w:after="24" w:line="240" w:lineRule="auto"/>
            </w:pPr>
            <w:r>
              <w:rPr>
                <w:sz w:val="19"/>
              </w:rPr>
              <w:t>________________________________________</w:t>
            </w:r>
          </w:p>
          <w:p>
            <w:pPr>
              <w:spacing w:after="24" w:line="240" w:lineRule="auto"/>
            </w:pPr>
            <w:r>
              <w:rPr>
                <w:i/>
                <w:color w:val="646464"/>
                <w:sz w:val="16"/>
              </w:rPr>
              <w:t>(ПІБ одного з батьків / законного представника)</w:t>
            </w:r>
          </w:p>
          <w:p>
            <w:pPr>
              <w:spacing w:after="24" w:line="240" w:lineRule="auto"/>
            </w:pPr>
            <w:r>
              <w:rPr>
                <w:sz w:val="19"/>
              </w:rPr>
            </w:r>
          </w:p>
          <w:p>
            <w:pPr>
              <w:spacing w:after="24" w:line="240" w:lineRule="auto"/>
            </w:pPr>
            <w:r>
              <w:rPr>
                <w:i/>
                <w:color w:val="646464"/>
                <w:sz w:val="16"/>
              </w:rPr>
              <w:t>контактний телефон (за бажанням) ______________</w:t>
            </w:r>
          </w:p>
        </w:tc>
      </w:tr>
    </w:tbl>
    <w:p>
      <w:pPr>
        <w:spacing w:before="200" w:after="240"/>
        <w:jc w:val="center"/>
      </w:pPr>
      <w:r>
        <w:rPr>
          <w:b/>
          <w:sz w:val="30"/>
        </w:rPr>
        <w:t>ЗАЯВА</w:t>
      </w:r>
    </w:p>
    <w:p>
      <w:pPr>
        <w:spacing w:line="300" w:lineRule="auto" w:after="180"/>
        <w:ind w:firstLine="709"/>
      </w:pPr>
      <w:r>
        <w:rPr>
          <w:sz w:val="22"/>
        </w:rPr>
        <w:t xml:space="preserve">Прошу зарахувати мою дитину </w:t>
      </w:r>
      <w:r>
        <w:rPr>
          <w:sz w:val="22"/>
        </w:rPr>
        <w:t>____________________________________________________________,</w:t>
      </w:r>
    </w:p>
    <w:p>
      <w:pPr>
        <w:spacing w:before="0" w:after="160"/>
        <w:jc w:val="center"/>
      </w:pPr>
      <w:r>
        <w:rPr>
          <w:i/>
          <w:color w:val="646464"/>
          <w:sz w:val="17"/>
        </w:rPr>
        <w:t>(прізвище, ім’я, по батькові дитини — за наявності)</w:t>
      </w:r>
    </w:p>
    <w:p>
      <w:pPr>
        <w:spacing w:line="300" w:lineRule="auto" w:after="160"/>
        <w:ind w:firstLine="709"/>
      </w:pPr>
      <w:r>
        <w:rPr>
          <w:sz w:val="22"/>
        </w:rPr>
        <w:t>учня / ученицю ______ класу, до групи подовженого дня (ГПД).</w:t>
      </w:r>
    </w:p>
    <w:p>
      <w:pPr>
        <w:spacing w:line="300" w:lineRule="auto" w:after="240"/>
        <w:ind w:firstLine="709"/>
      </w:pPr>
      <w:r>
        <w:rPr>
          <w:sz w:val="22"/>
        </w:rPr>
        <w:t>Прошу зарахувати з «____» ______________ 20____ року.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592"/>
      </w:tblGrid>
      <w:t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>
              <w:rPr>
                <w:sz w:val="21"/>
              </w:rPr>
              <w:t>«____» ______________ 20____ року</w:t>
            </w:r>
          </w:p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rPr>
                <w:sz w:val="21"/>
              </w:rPr>
              <w:t>________________ / ________________________</w:t>
            </w:r>
          </w:p>
        </w:tc>
      </w:tr>
      <w:t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>
              <w:rPr>
                <w:i/>
                <w:color w:val="646464"/>
                <w:sz w:val="16"/>
              </w:rPr>
              <w:t>Дата</w:t>
            </w:r>
          </w:p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rPr>
                <w:i/>
                <w:color w:val="646464"/>
                <w:sz w:val="16"/>
              </w:rPr>
              <w:t>підпис                      ПІБ</w:t>
            </w:r>
          </w:p>
        </w:tc>
      </w:tr>
    </w:tbl>
    <w:p>
      <w:pPr>
        <w:spacing w:before="280" w:after="80"/>
        <w:shd w:fill="F3F6FA"/>
        <w:ind w:left="150" w:right="150"/>
      </w:pPr>
      <w:r>
        <w:rPr>
          <w:b/>
          <w:sz w:val="18"/>
        </w:rPr>
        <w:t xml:space="preserve">Примітка: </w:t>
      </w:r>
      <w:r>
        <w:rPr>
          <w:sz w:val="18"/>
        </w:rPr>
        <w:t>це орієнтовний зразок, а не форма, затверджена МОН. Чинний Порядок, затверджений наказом МОН №677 від 25.06.2018, не встановлює типової форми заяви. Заяви про зарахування до ГПД приймаються протягом навчального року.</w:t>
      </w:r>
    </w:p>
    <w:sectPr w:rsidR="00FC693F" w:rsidRPr="0006063C" w:rsidSect="00034616">
      <w:footerReference w:type="default" r:id="rId10"/>
      <w:headerReference w:type="default" r:id="rId11"/>
      <w:headerReference w:type="first" r:id="rId12"/>
      <w:footerReference w:type="first" r:id="rId13"/>
      <w:headerReference w:type="even" r:id="rId14"/>
      <w:footerReference w:type="even" r:id="rId15"/>
      <w:pgSz w:w="12240" w:h="15840"/>
      <w:pgMar w:top="822" w:right="1020" w:bottom="76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787878"/>
        <w:sz w:val="16"/>
      </w:rPr>
      <w:t>Орієнтовний зразок для редагування •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на групу продовженого дня 2026/2027 — орієнтовний зразок</dc:title>
  <dc:subject>Заява про зарахування дитини до групи подовженого дня</dc:subject>
  <dc:creator/>
  <cp:keywords>ГПД, група подовженого дня, група продовженого дня, заява, 2026/2027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