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40"/>
        <w:jc w:val="center"/>
      </w:pPr>
      <w:r>
        <w:rPr>
          <w:rFonts w:ascii="Arial" w:hAnsi="Arial" w:eastAsia="Arial"/>
          <w:b/>
          <w:color w:val="5C5C5C"/>
          <w:sz w:val="19"/>
        </w:rPr>
        <w:t>ЗРАЗОК ЗВЕРНЕННЯ</w:t>
      </w:r>
    </w:p>
    <w:tbl>
      <w:tblPr>
        <w:tblW w:type="auto" w:w="0"/>
        <w:jc w:val="right"/>
        <w:tblLayout w:type="fixed"/>
        <w:tblLook w:firstColumn="1" w:firstRow="1" w:lastColumn="0" w:lastRow="0" w:noHBand="0" w:noVBand="1" w:val="04A0"/>
      </w:tblPr>
      <w:tblGrid>
        <w:gridCol w:w="4365"/>
        <w:gridCol w:w="5102"/>
      </w:tblGrid>
      <w:tr>
        <w:tc>
          <w:tcPr>
            <w:tcW w:type="dxa" w:w="515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/>
          </w:p>
        </w:tc>
        <w:tc>
          <w:tcPr>
            <w:tcW w:type="dxa" w:w="5156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after="24"/>
              <w:jc w:val="left"/>
            </w:pPr>
            <w:r>
              <w:rPr>
                <w:rFonts w:ascii="Arial" w:hAnsi="Arial" w:eastAsia="Arial"/>
                <w:i w:val="0"/>
                <w:sz w:val="19"/>
              </w:rPr>
              <w:t>Директору / засновнику закладу освіти</w:t>
            </w:r>
          </w:p>
          <w:p>
            <w:pPr>
              <w:spacing w:after="24"/>
              <w:jc w:val="left"/>
            </w:pPr>
            <w:r>
              <w:rPr>
                <w:rFonts w:ascii="Arial" w:hAnsi="Arial" w:eastAsia="Arial"/>
                <w:i w:val="0"/>
                <w:sz w:val="19"/>
              </w:rPr>
              <w:t>____________________________________</w:t>
            </w:r>
          </w:p>
          <w:p>
            <w:pPr>
              <w:spacing w:after="24"/>
              <w:jc w:val="left"/>
            </w:pPr>
            <w:r>
              <w:rPr>
                <w:rFonts w:ascii="Arial" w:hAnsi="Arial" w:eastAsia="Arial"/>
                <w:i/>
                <w:color w:val="5F5F5F"/>
                <w:sz w:val="19"/>
              </w:rPr>
              <w:t>(назва закладу / органу)</w:t>
            </w:r>
          </w:p>
          <w:p>
            <w:pPr>
              <w:spacing w:after="24"/>
              <w:jc w:val="left"/>
            </w:pPr>
            <w:r>
              <w:rPr>
                <w:rFonts w:ascii="Arial" w:hAnsi="Arial" w:eastAsia="Arial"/>
                <w:i w:val="0"/>
                <w:sz w:val="19"/>
              </w:rPr>
              <w:t>від _________________________________</w:t>
            </w:r>
          </w:p>
          <w:p>
            <w:pPr>
              <w:spacing w:after="24"/>
              <w:jc w:val="left"/>
            </w:pPr>
            <w:r>
              <w:rPr>
                <w:rFonts w:ascii="Arial" w:hAnsi="Arial" w:eastAsia="Arial"/>
                <w:i/>
                <w:color w:val="5F5F5F"/>
                <w:sz w:val="19"/>
              </w:rPr>
              <w:t>(ПІБ заявника, за бажанням — контактні дані)</w:t>
            </w:r>
          </w:p>
        </w:tc>
      </w:tr>
    </w:tbl>
    <w:p>
      <w:pPr>
        <w:spacing w:before="120" w:after="100"/>
        <w:jc w:val="center"/>
      </w:pPr>
      <w:r>
        <w:rPr>
          <w:rFonts w:ascii="Arial" w:hAnsi="Arial" w:eastAsia="Arial"/>
          <w:b/>
          <w:sz w:val="26"/>
        </w:rPr>
        <w:t>ЗВЕРНЕННЯ</w:t>
      </w:r>
    </w:p>
    <w:p>
      <w:pPr>
        <w:spacing w:after="160"/>
        <w:jc w:val="center"/>
      </w:pPr>
      <w:r>
        <w:rPr>
          <w:rFonts w:ascii="Arial" w:hAnsi="Arial" w:eastAsia="Arial"/>
          <w:b/>
          <w:sz w:val="21"/>
        </w:rPr>
        <w:t>щодо збору коштів на потреби школи / класу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312"/>
      </w:tblGrid>
      <w:tr>
        <w:tc>
          <w:tcPr>
            <w:tcW w:type="dxa" w:w="10312"/>
            <w:shd w:fill="F2F2F2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b/>
                <w:sz w:val="20"/>
              </w:rPr>
              <w:t xml:space="preserve">Предмет збору: </w:t>
            </w:r>
            <w:r>
              <w:rPr>
                <w:rFonts w:ascii="Arial" w:hAnsi="Arial" w:eastAsia="Arial"/>
                <w:sz w:val="20"/>
              </w:rPr>
              <w:t>__________________________________________________________</w:t>
            </w:r>
          </w:p>
        </w:tc>
      </w:tr>
    </w:tbl>
    <w:p>
      <w:pPr>
        <w:spacing w:before="140" w:after="80"/>
      </w:pPr>
      <w:r>
        <w:rPr>
          <w:rFonts w:ascii="Arial" w:hAnsi="Arial" w:eastAsia="Arial"/>
          <w:sz w:val="21"/>
        </w:rPr>
        <w:t>Прошу повідомити, на якій правовій підставі здійснюється збір коштів із батьків учнів на зазначену вище потребу, а також надати таку інформацію:</w:t>
      </w:r>
    </w:p>
    <w:p>
      <w:pPr>
        <w:spacing w:after="50"/>
        <w:ind w:left="255" w:hanging="255"/>
      </w:pPr>
      <w:r>
        <w:rPr>
          <w:rFonts w:ascii="Arial" w:hAnsi="Arial" w:eastAsia="Arial"/>
          <w:b/>
          <w:sz w:val="20"/>
        </w:rPr>
        <w:t xml:space="preserve">1. </w:t>
      </w:r>
      <w:r>
        <w:rPr>
          <w:rFonts w:ascii="Arial" w:hAnsi="Arial" w:eastAsia="Arial"/>
          <w:sz w:val="20"/>
        </w:rPr>
        <w:t>чи звертався заклад освіти до засновника або органу управління освітою щодо фінансування цієї потреби;</w:t>
      </w:r>
    </w:p>
    <w:p>
      <w:pPr>
        <w:spacing w:after="50"/>
        <w:ind w:left="255" w:hanging="255"/>
      </w:pPr>
      <w:r>
        <w:rPr>
          <w:rFonts w:ascii="Arial" w:hAnsi="Arial" w:eastAsia="Arial"/>
          <w:b/>
          <w:sz w:val="20"/>
        </w:rPr>
        <w:t xml:space="preserve">2. </w:t>
      </w:r>
      <w:r>
        <w:rPr>
          <w:rFonts w:ascii="Arial" w:hAnsi="Arial" w:eastAsia="Arial"/>
          <w:sz w:val="20"/>
        </w:rPr>
        <w:t>чи передбачені відповідні видатки у кошторисі закладу освіти;</w:t>
      </w:r>
    </w:p>
    <w:p>
      <w:pPr>
        <w:spacing w:after="50"/>
        <w:ind w:left="255" w:hanging="255"/>
      </w:pPr>
      <w:r>
        <w:rPr>
          <w:rFonts w:ascii="Arial" w:hAnsi="Arial" w:eastAsia="Arial"/>
          <w:b/>
          <w:sz w:val="20"/>
        </w:rPr>
        <w:t xml:space="preserve">3. </w:t>
      </w:r>
      <w:r>
        <w:rPr>
          <w:rFonts w:ascii="Arial" w:hAnsi="Arial" w:eastAsia="Arial"/>
          <w:sz w:val="20"/>
        </w:rPr>
        <w:t>чи виділялися на цю потребу кошти з державного або місцевого бюджету та, якщо так, у якому обсязі;</w:t>
      </w:r>
    </w:p>
    <w:p>
      <w:pPr>
        <w:spacing w:after="50"/>
        <w:ind w:left="255" w:hanging="255"/>
      </w:pPr>
      <w:r>
        <w:rPr>
          <w:rFonts w:ascii="Arial" w:hAnsi="Arial" w:eastAsia="Arial"/>
          <w:b/>
          <w:sz w:val="20"/>
        </w:rPr>
        <w:t xml:space="preserve">4. </w:t>
      </w:r>
      <w:r>
        <w:rPr>
          <w:rFonts w:ascii="Arial" w:hAnsi="Arial" w:eastAsia="Arial"/>
          <w:sz w:val="20"/>
        </w:rPr>
        <w:t>якщо передбачається залучення благодійної допомоги — надати офіційні реквізити для її добровільного внесення та інформацію про порядок обліку і звітування.</w:t>
      </w:r>
    </w:p>
    <w:p>
      <w:pPr>
        <w:spacing w:before="80" w:after="80"/>
      </w:pPr>
      <w:r>
        <w:rPr>
          <w:rFonts w:ascii="Arial" w:hAnsi="Arial" w:eastAsia="Arial"/>
          <w:sz w:val="20"/>
        </w:rPr>
        <w:t>Звертаю увагу, що благодійні внески та інша допомога закладу освіти мають добровільний характер. Прошу не пов’язувати участь або неучасть сім’ї у такому фінансуванні з умовами навчання, ставленням до дитини чи доступом до освітніх послуг.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312"/>
      </w:tblGrid>
      <w:tr>
        <w:tc>
          <w:tcPr>
            <w:tcW w:type="dxa" w:w="10312"/>
            <w:shd w:fill="F7F7F7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b/>
                <w:sz w:val="18"/>
              </w:rPr>
              <w:t xml:space="preserve">Нормативна основа: </w:t>
            </w:r>
            <w:r>
              <w:rPr>
                <w:rFonts w:ascii="Arial" w:hAnsi="Arial" w:eastAsia="Arial"/>
                <w:color w:val="4B4B4B"/>
                <w:sz w:val="18"/>
              </w:rPr>
              <w:t>Закон України «Про освіту» (зокрема вимоги щодо фінансової прозорості та добровільних внесків), інші акти законодавства про фінансування закладів освіти.</w:t>
            </w:r>
          </w:p>
        </w:tc>
      </w:tr>
    </w:tbl>
    <w:p>
      <w:pPr>
        <w:spacing w:before="140" w:after="20"/>
      </w:pPr>
      <w:r>
        <w:rPr>
          <w:rFonts w:ascii="Arial" w:hAnsi="Arial" w:eastAsia="Arial"/>
          <w:sz w:val="20"/>
        </w:rPr>
        <w:t>Прошу надати відповідь у встановлений законодавством строк.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437"/>
        <w:gridCol w:w="3437"/>
        <w:gridCol w:w="3437"/>
      </w:tblGrid>
      <w:tr>
        <w:tc>
          <w:tcPr>
            <w:tcW w:type="dxa" w:w="2438"/>
            <w:tcMar>
              <w:top w:w="40" w:type="dxa"/>
              <w:start w:w="20" w:type="dxa"/>
              <w:bottom w:w="20" w:type="dxa"/>
              <w:end w:w="20" w:type="dxa"/>
            </w:tcMar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sz w:val="19"/>
              </w:rPr>
              <w:t>Дата: «___» __________ 20__ р.</w:t>
            </w:r>
          </w:p>
        </w:tc>
        <w:tc>
          <w:tcPr>
            <w:tcW w:type="dxa" w:w="3402"/>
            <w:tcMar>
              <w:top w:w="40" w:type="dxa"/>
              <w:start w:w="20" w:type="dxa"/>
              <w:bottom w:w="20" w:type="dxa"/>
              <w:end w:w="20" w:type="dxa"/>
            </w:tcMar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sz w:val="19"/>
              </w:rPr>
            </w:r>
          </w:p>
        </w:tc>
        <w:tc>
          <w:tcPr>
            <w:tcW w:type="dxa" w:w="3231"/>
            <w:tcMar>
              <w:top w:w="40" w:type="dxa"/>
              <w:start w:w="20" w:type="dxa"/>
              <w:bottom w:w="20" w:type="dxa"/>
              <w:end w:w="20" w:type="dxa"/>
            </w:tcMar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sz w:val="19"/>
              </w:rPr>
              <w:t>Підпис: __________________</w:t>
            </w:r>
          </w:p>
        </w:tc>
      </w:tr>
      <w:tr>
        <w:tc>
          <w:tcPr>
            <w:tcW w:type="dxa" w:w="2438"/>
            <w:tcMar>
              <w:top w:w="40" w:type="dxa"/>
              <w:start w:w="20" w:type="dxa"/>
              <w:bottom w:w="20" w:type="dxa"/>
              <w:end w:w="20" w:type="dxa"/>
            </w:tcMar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sz w:val="19"/>
              </w:rPr>
            </w:r>
          </w:p>
        </w:tc>
        <w:tc>
          <w:tcPr>
            <w:tcW w:type="dxa" w:w="3402"/>
            <w:tcMar>
              <w:top w:w="40" w:type="dxa"/>
              <w:start w:w="20" w:type="dxa"/>
              <w:bottom w:w="20" w:type="dxa"/>
              <w:end w:w="20" w:type="dxa"/>
            </w:tcMar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sz w:val="19"/>
              </w:rPr>
            </w:r>
          </w:p>
        </w:tc>
        <w:tc>
          <w:tcPr>
            <w:tcW w:type="dxa" w:w="3231"/>
            <w:tcMar>
              <w:top w:w="40" w:type="dxa"/>
              <w:start w:w="20" w:type="dxa"/>
              <w:bottom w:w="20" w:type="dxa"/>
              <w:end w:w="20" w:type="dxa"/>
            </w:tcMar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sz w:val="19"/>
              </w:rPr>
              <w:t>ПІБ: _____________________</w:t>
            </w:r>
          </w:p>
        </w:tc>
      </w:tr>
    </w:tbl>
    <w:sectPr w:rsidR="00FC693F" w:rsidRPr="0006063C" w:rsidSect="00034616">
      <w:footerReference w:type="default" r:id="rId9"/>
      <w:pgSz w:w="12240" w:h="15840"/>
      <w:pgMar w:top="765" w:right="964" w:bottom="652" w:left="9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40"/>
      <w:jc w:val="center"/>
    </w:pPr>
    <w:r>
      <w:rPr>
        <w:rFonts w:ascii="Arial" w:hAnsi="Arial" w:eastAsia="Arial"/>
        <w:color w:val="787878"/>
        <w:sz w:val="16"/>
      </w:rPr>
      <w:t xml:space="preserve">Шаблон має інформаційний характер. Актуально на серпень 2026 року. Матеріал підготовлено для </w:t>
    </w:r>
    <w:hyperlink r:id="rId1">
      <w:r>
        <w:rPr>
          <w:color w:val="5B5B5B"/>
          <w:u w:val="single"/>
          <w:rFonts w:ascii="Arial" w:hAnsi="Arial"/>
          <w:sz w:val="18"/>
        </w:rPr>
        <w:t>Освітній</w:t>
      </w:r>
    </w:hyperlink>
    <w:r>
      <w:rPr>
        <w:rFonts w:ascii="Arial" w:hAnsi="Arial" w:eastAsia="Arial"/>
        <w:color w:val="787878"/>
        <w:sz w:val="16"/>
      </w:rPr>
      <w:t>.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80" w:line="252" w:lineRule="auto"/>
    </w:pPr>
    <w:rPr>
      <w:rFonts w:ascii="Arial" w:hAnsi="Arial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_rels/footer1.xml.rels><?xml version='1.0' encoding='UTF-8' standalone='yes'?>
<Relationships xmlns="http://schemas.openxmlformats.org/package/2006/relationships"><Relationship Id="rId1" Type="http://schemas.openxmlformats.org/officeDocument/2006/relationships/hyperlink" Target="https://osvitnii.net.u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Зразок звернення щодо збору коштів у школі</dc:title>
  <dc:subject>Шаблон звернення до директора або засновника закладу освіти</dc:subject>
  <dc:creator>Освітній</dc:creator>
  <cp:keywords>школа, збори коштів, звернення, батьки, добровільні внески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