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2F5F9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F4E79"/>
                <w:sz w:val="18"/>
              </w:rPr>
              <w:t xml:space="preserve">Як користуватися: </w:t>
            </w:r>
            <w:r>
              <w:rPr>
                <w:rFonts w:ascii="Arial" w:hAnsi="Arial" w:eastAsia="Arial"/>
                <w:color w:val="3C3C3C"/>
                <w:sz w:val="18"/>
              </w:rPr>
              <w:t>замініть текст у [квадратних дужках] на свої дані. Перевірте локальні правила вашого ЗВО: університет може мати власний бланк або спосіб подання заяви.</w:t>
            </w:r>
          </w:p>
          <w:p>
            <w:pPr>
              <w:spacing w:before="60" w:after="0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 xml:space="preserve">Актуально станом на серпень 2026 року. </w:t>
            </w:r>
            <w:hyperlink r:id="rId11">
              <w:r>
                <w:rPr>
                  <w:rFonts w:ascii="Arial" w:hAnsi="Arial"/>
                  <w:color w:val="2F5597"/>
                  <w:u w:val="single"/>
                  <w:sz w:val="18"/>
                </w:rPr>
                <w:t>Нормативна основа: наказ МОН №134 від 07.02.2024</w:t>
              </w:r>
            </w:hyperlink>
          </w:p>
        </w:tc>
      </w:tr>
    </w:tbl>
    <w:p>
      <w:pPr>
        <w:spacing w:after="40"/>
      </w:pPr>
    </w:p>
    <w:p>
      <w:pPr>
        <w:pStyle w:val="Heading1"/>
        <w:spacing w:after="200"/>
      </w:pPr>
      <w:r>
        <w:rPr>
          <w:rFonts w:ascii="Arial" w:hAnsi="Arial" w:eastAsia="Arial"/>
          <w:b/>
          <w:color w:val="1F4E79"/>
          <w:sz w:val="32"/>
        </w:rPr>
        <w:t>1. Універсальний шаблон заяви на академічну відпустку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7E6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5A4614"/>
                <w:sz w:val="19"/>
              </w:rPr>
              <w:t>Не вписуйте зайві персональні або медичні дані, якщо вони не потрібні для розгляду заяви.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969"/>
        <w:gridCol w:w="5216"/>
      </w:tblGrid>
      <w:tr>
        <w:tc>
          <w:tcPr>
            <w:tcW w:type="dxa" w:w="48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8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Керівнику [повна назва закладу вищої освіти]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[посада, ПІБ керівника — якщо вимагає форма ЗВО]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від здобувача/здобувачки [ПІБ повністю]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[факультет / інститут], [курс], група [___]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освітня програма: [________________________]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форма навчання: [денна / заочна / інша]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e-mail / телефон: [________________________]</w:t>
            </w:r>
          </w:p>
        </w:tc>
      </w:tr>
    </w:tbl>
    <w:p>
      <w:pPr>
        <w:spacing w:before="320" w:after="160"/>
        <w:jc w:val="center"/>
      </w:pPr>
      <w:r>
        <w:rPr>
          <w:rFonts w:ascii="Arial" w:hAnsi="Arial" w:eastAsia="Arial"/>
          <w:b/>
          <w:sz w:val="28"/>
        </w:rPr>
        <w:t>ЗАЯВА</w:t>
      </w:r>
    </w:p>
    <w:p>
      <w:pPr>
        <w:spacing w:after="240"/>
        <w:jc w:val="center"/>
      </w:pPr>
      <w:r>
        <w:rPr>
          <w:rFonts w:ascii="Arial" w:hAnsi="Arial" w:eastAsia="Arial"/>
          <w:i/>
          <w:color w:val="505050"/>
          <w:sz w:val="21"/>
        </w:rPr>
        <w:t>Підійде, якщо підстава вже визначена і ви знаєте, яким документом її підтвердити.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Прошу надати мені академічну відпустку з «___» __________ 20__ року до «___» __________ 20__ року у зв’язку з [зазначити причину академічної відпустки].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Підстава: [назва документа / короткий опис обставин, що є підставою для академічної відпустки].</w:t>
      </w:r>
    </w:p>
    <w:p>
      <w:pPr>
        <w:spacing w:before="160" w:after="80"/>
      </w:pPr>
      <w:r>
        <w:rPr>
          <w:rFonts w:ascii="Arial" w:hAnsi="Arial" w:eastAsia="Arial"/>
          <w:b/>
          <w:sz w:val="22"/>
        </w:rPr>
        <w:t>Додатки:</w:t>
      </w:r>
    </w:p>
    <w:p>
      <w:pPr>
        <w:spacing w:after="60"/>
        <w:ind w:left="0" w:firstLine="0"/>
      </w:pPr>
      <w:r>
        <w:rPr>
          <w:rFonts w:ascii="Arial" w:hAnsi="Arial" w:eastAsia="Arial"/>
          <w:sz w:val="22"/>
        </w:rPr>
        <w:t>1.  [Назва підтвердного документа] — [кількість аркушів / реквізити, за потреби].</w:t>
      </w:r>
    </w:p>
    <w:p>
      <w:pPr>
        <w:spacing w:after="60"/>
        <w:ind w:left="0" w:firstLine="0"/>
      </w:pPr>
      <w:r>
        <w:rPr>
          <w:rFonts w:ascii="Arial" w:hAnsi="Arial" w:eastAsia="Arial"/>
          <w:sz w:val="22"/>
        </w:rPr>
        <w:t>2.  [Інший документ — за наявності].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«___» __________ 20__ р.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________________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[ПІБ]</w:t>
            </w:r>
          </w:p>
        </w:tc>
      </w:tr>
      <w:tr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Дата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Підпис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Розшифрування підпису</w:t>
            </w:r>
          </w:p>
        </w:tc>
      </w:tr>
    </w:tbl>
    <w:p>
      <w:r>
        <w:br w:type="page"/>
      </w:r>
    </w:p>
    <w:p>
      <w:pPr>
        <w:pStyle w:val="Heading1"/>
        <w:spacing w:after="200"/>
      </w:pPr>
      <w:r>
        <w:rPr>
          <w:rFonts w:ascii="Arial" w:hAnsi="Arial" w:eastAsia="Arial"/>
          <w:b/>
          <w:color w:val="1F4E79"/>
          <w:sz w:val="32"/>
        </w:rPr>
        <w:t>2. Заява на академічну відпустку за медичними показаннями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7E6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5A4614"/>
                <w:sz w:val="19"/>
              </w:rPr>
              <w:t>Діагноз у тексті заяви зазвичай не потрібно дублювати: Положення №134 вимагає подати медичні документи, на підставі яких визначено необхідність академічної відпустки.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969"/>
        <w:gridCol w:w="5216"/>
      </w:tblGrid>
      <w:tr>
        <w:tc>
          <w:tcPr>
            <w:tcW w:type="dxa" w:w="48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8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Керівнику [повна назва закладу вищої освіти]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[посада, ПІБ керівника — якщо вимагає форма ЗВО]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від здобувача/здобувачки [ПІБ повністю]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[факультет / інститут], [курс], група [___]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освітня програма: [________________________]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форма навчання: [денна / заочна / інша]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e-mail / телефон: [________________________]</w:t>
            </w:r>
          </w:p>
        </w:tc>
      </w:tr>
    </w:tbl>
    <w:p>
      <w:pPr>
        <w:spacing w:before="320" w:after="160"/>
        <w:jc w:val="center"/>
      </w:pPr>
      <w:r>
        <w:rPr>
          <w:rFonts w:ascii="Arial" w:hAnsi="Arial" w:eastAsia="Arial"/>
          <w:b/>
          <w:sz w:val="28"/>
        </w:rPr>
        <w:t>ЗАЯВА</w:t>
      </w:r>
    </w:p>
    <w:p>
      <w:pPr>
        <w:spacing w:after="240"/>
        <w:jc w:val="center"/>
      </w:pPr>
      <w:r>
        <w:rPr>
          <w:rFonts w:ascii="Arial" w:hAnsi="Arial" w:eastAsia="Arial"/>
          <w:i/>
          <w:color w:val="505050"/>
          <w:sz w:val="21"/>
        </w:rPr>
        <w:t>До заяви додаються медичні документи, на підставі яких визначено необхідність академічної відпустки.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Прошу надати мені академічну відпустку за медичними показаннями з «___» __________ 20__ року до «___» __________ 20__ року у зв’язку з обставинами, що унеможливлюють виконання мною освітньої програми.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Підстава: медичні документи, що підтверджують необхідність надання академічної відпустки за медичними показаннями.</w:t>
      </w:r>
    </w:p>
    <w:p>
      <w:pPr>
        <w:spacing w:before="160" w:after="80"/>
      </w:pPr>
      <w:r>
        <w:rPr>
          <w:rFonts w:ascii="Arial" w:hAnsi="Arial" w:eastAsia="Arial"/>
          <w:b/>
          <w:sz w:val="22"/>
        </w:rPr>
        <w:t>Додатки:</w:t>
      </w:r>
    </w:p>
    <w:p>
      <w:pPr>
        <w:spacing w:after="60"/>
        <w:ind w:left="0" w:firstLine="0"/>
      </w:pPr>
      <w:r>
        <w:rPr>
          <w:rFonts w:ascii="Arial" w:hAnsi="Arial" w:eastAsia="Arial"/>
          <w:sz w:val="22"/>
        </w:rPr>
        <w:t>1.  [Назва медичного документа, дата та номер — якщо є].</w:t>
      </w:r>
    </w:p>
    <w:p>
      <w:pPr>
        <w:spacing w:after="60"/>
        <w:ind w:left="0" w:firstLine="0"/>
      </w:pPr>
      <w:r>
        <w:rPr>
          <w:rFonts w:ascii="Arial" w:hAnsi="Arial" w:eastAsia="Arial"/>
          <w:sz w:val="22"/>
        </w:rPr>
        <w:t>2.  [Інші медичні документи — за наявності].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«___» __________ 20__ р.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________________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[ПІБ]</w:t>
            </w:r>
          </w:p>
        </w:tc>
      </w:tr>
      <w:tr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Дата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Підпис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Розшифрування підпису</w:t>
            </w:r>
          </w:p>
        </w:tc>
      </w:tr>
    </w:tbl>
    <w:p>
      <w:r>
        <w:br w:type="page"/>
      </w:r>
    </w:p>
    <w:p>
      <w:pPr>
        <w:pStyle w:val="Heading1"/>
        <w:spacing w:after="200"/>
      </w:pPr>
      <w:r>
        <w:rPr>
          <w:rFonts w:ascii="Arial" w:hAnsi="Arial" w:eastAsia="Arial"/>
          <w:b/>
          <w:color w:val="1F4E79"/>
          <w:sz w:val="32"/>
        </w:rPr>
        <w:t>3. Заява на академічну відпустку за сімейними обставинами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7E6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5A4614"/>
                <w:sz w:val="19"/>
              </w:rPr>
              <w:t>Для сімейних обставин чинне Положення №134 передбачає строк не більше одного року сумарно за весь період навчання на відповідному рівні вищої освіти.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969"/>
        <w:gridCol w:w="5216"/>
      </w:tblGrid>
      <w:tr>
        <w:tc>
          <w:tcPr>
            <w:tcW w:type="dxa" w:w="48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8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Керівнику [повна назва закладу вищої освіти]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[посада, ПІБ керівника — якщо вимагає форма ЗВО]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від здобувача/здобувачки [ПІБ повністю]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[факультет / інститут], [курс], група [___]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освітня програма: [________________________]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форма навчання: [денна / заочна / інша]</w:t>
            </w:r>
          </w:p>
          <w:p>
            <w:pPr>
              <w:spacing w:after="20"/>
            </w:pPr>
            <w:r>
              <w:rPr>
                <w:rFonts w:ascii="Arial" w:hAnsi="Arial" w:eastAsia="Arial"/>
                <w:sz w:val="22"/>
              </w:rPr>
              <w:t>e-mail / телефон: [________________________]</w:t>
            </w:r>
          </w:p>
        </w:tc>
      </w:tr>
    </w:tbl>
    <w:p>
      <w:pPr>
        <w:spacing w:before="320" w:after="160"/>
        <w:jc w:val="center"/>
      </w:pPr>
      <w:r>
        <w:rPr>
          <w:rFonts w:ascii="Arial" w:hAnsi="Arial" w:eastAsia="Arial"/>
          <w:b/>
          <w:sz w:val="28"/>
        </w:rPr>
        <w:t>ЗАЯВА</w:t>
      </w:r>
    </w:p>
    <w:p>
      <w:pPr>
        <w:spacing w:after="240"/>
        <w:jc w:val="center"/>
      </w:pPr>
      <w:r>
        <w:rPr>
          <w:rFonts w:ascii="Arial" w:hAnsi="Arial" w:eastAsia="Arial"/>
          <w:i/>
          <w:color w:val="505050"/>
          <w:sz w:val="21"/>
        </w:rPr>
        <w:t>Заява має бути вмотивованою; документи, що можуть підтвердити викладені обставини, додаються за наявності.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Прошу надати мені академічну відпустку за сімейними обставинами з «___» __________ 20__ року до «___» __________ 20__ року.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Обґрунтування: [коротко опишіть обставини та поясніть, чому вони тимчасово унеможливлюють продовження навчання / виконання освітньої програми].</w:t>
      </w:r>
    </w:p>
    <w:p>
      <w:pPr>
        <w:spacing w:line="276" w:lineRule="auto" w:after="160"/>
        <w:ind w:firstLine="709"/>
      </w:pPr>
      <w:r>
        <w:rPr>
          <w:rFonts w:ascii="Arial" w:hAnsi="Arial" w:eastAsia="Arial"/>
          <w:sz w:val="24"/>
        </w:rPr>
        <w:t>Підстава: [документи, що підтверджують зазначені обставини — за наявності].</w:t>
      </w:r>
    </w:p>
    <w:p>
      <w:pPr>
        <w:spacing w:before="160" w:after="80"/>
      </w:pPr>
      <w:r>
        <w:rPr>
          <w:rFonts w:ascii="Arial" w:hAnsi="Arial" w:eastAsia="Arial"/>
          <w:b/>
          <w:sz w:val="22"/>
        </w:rPr>
        <w:t>Додатки:</w:t>
      </w:r>
    </w:p>
    <w:p>
      <w:pPr>
        <w:spacing w:after="60"/>
        <w:ind w:left="0" w:firstLine="0"/>
      </w:pPr>
      <w:r>
        <w:rPr>
          <w:rFonts w:ascii="Arial" w:hAnsi="Arial" w:eastAsia="Arial"/>
          <w:sz w:val="22"/>
        </w:rPr>
        <w:t>1.  [Назва підтвердного документа — за наявності].</w:t>
      </w:r>
    </w:p>
    <w:p>
      <w:pPr>
        <w:spacing w:after="60"/>
        <w:ind w:left="0" w:firstLine="0"/>
      </w:pPr>
      <w:r>
        <w:rPr>
          <w:rFonts w:ascii="Arial" w:hAnsi="Arial" w:eastAsia="Arial"/>
          <w:sz w:val="22"/>
        </w:rPr>
        <w:t>2.  [Інший документ — за наявності].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«___» __________ 20__ р.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________________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sz w:val="21"/>
              </w:rPr>
              <w:t>[ПІБ]</w:t>
            </w:r>
          </w:p>
        </w:tc>
      </w:tr>
      <w:tr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Дата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Підпис</w:t>
            </w:r>
          </w:p>
        </w:tc>
        <w:tc>
          <w:tcPr>
            <w:tcW w:type="dxa" w:w="29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i/>
                <w:color w:val="646464"/>
                <w:sz w:val="17"/>
              </w:rPr>
              <w:t>Розшифрування підпису</w:t>
            </w:r>
          </w:p>
        </w:tc>
      </w:tr>
    </w:tbl>
    <w:p>
      <w:pPr>
        <w:spacing w:before="280"/>
        <w:jc w:val="left"/>
      </w:pPr>
      <w:r>
        <w:rPr>
          <w:rFonts w:ascii="Arial" w:hAnsi="Arial" w:eastAsia="Arial"/>
          <w:b/>
          <w:color w:val="5A5A5A"/>
          <w:sz w:val="17"/>
        </w:rPr>
        <w:t xml:space="preserve">Нормативна примітка. </w:t>
      </w:r>
      <w:r>
        <w:rPr>
          <w:rFonts w:ascii="Arial" w:hAnsi="Arial" w:eastAsia="Arial"/>
          <w:color w:val="5A5A5A"/>
          <w:sz w:val="17"/>
        </w:rPr>
        <w:t>Шаблони підготовлено з урахуванням Положення, затвердженого наказом МОН України від 07.02.2024 №134 (чинний станом на серпень 2026 року).</w:t>
      </w:r>
    </w:p>
    <w:p>
      <w:pPr>
        <w:spacing w:before="0" w:after="0"/>
      </w:pPr>
      <w:hyperlink r:id="rId11">
        <w:r>
          <w:rPr>
            <w:rFonts w:ascii="Arial" w:hAnsi="Arial"/>
            <w:color w:val="2F5597"/>
            <w:u w:val="single"/>
            <w:sz w:val="18"/>
          </w:rPr>
          <w:t>Офіційний текст на сайті Верховної Ради України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E6E6E"/>
        <w:sz w:val="16"/>
      </w:rPr>
      <w:t>Шаблон має інформаційний характер. Перед поданням перевірте локальні вимоги вашого закладу освіти.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hyperlink r:id="rId1">
      <w:r>
        <w:rPr>
          <w:rFonts w:ascii="Arial" w:hAnsi="Arial" w:eastAsia="Arial"/>
          <w:b/>
          <w:color w:val="646464"/>
          <w:sz w:val="17"/>
          <w:szCs w:val="17"/>
        </w:rPr>
        <w:t>ОСВІТНІЙ • osvitnii.net.ua</w:t>
      </w:r>
    </w:hyperlink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zakon.rada.gov.ua/laws/show/z0509-24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на академічну відпустку: 3 шаблони</dc:title>
  <dc:subject>Універсальний шаблон, за медичними показаннями та за сімейними обставинами</dc:subject>
  <dc:creator>Освітній</dc:creator>
  <cp:keywords>академічна відпустка, заява, студент, ЗВО,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